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PRECONTRATO DE TRABAJO CONDICIONADO</w:t>
      </w:r>
    </w:p>
    <w:p>
      <w:r>
        <w:t>(art. 64 RD 557/2011 – Reglamento de Extranjería)</w:t>
      </w:r>
    </w:p>
    <w:p>
      <w:r>
        <w:t>En [Ciudad], a [día] de [mes] de [año]</w:t>
      </w:r>
    </w:p>
    <w:p>
      <w:pPr>
        <w:pStyle w:val="Heading2"/>
      </w:pPr>
      <w:r>
        <w:t>REUNIDOS</w:t>
      </w:r>
    </w:p>
    <w:p>
      <w:r>
        <w:t>De una parte, la empresa [Nombre de la empresa], con CIF [CIF], y domicilio social en [Dirección completa], inscrita en la Seguridad Social con código de cuenta de cotización [CCC], representada en este acto por [Nombre del representante], con NIF [NIF], en calidad de [cargo].</w:t>
      </w:r>
    </w:p>
    <w:p>
      <w:r>
        <w:t>Y de otra parte, [Nombre y apellidos del trabajador/a], con pasaporte/NIE nº [número], nacionalidad [nacionalidad], y domicilio en [dirección].</w:t>
      </w:r>
    </w:p>
    <w:p>
      <w:r>
        <w:t>Ambas partes se reconocen capacidad legal suficiente y</w:t>
      </w:r>
    </w:p>
    <w:p>
      <w:pPr>
        <w:pStyle w:val="Heading2"/>
      </w:pPr>
      <w:r>
        <w:t>ACUERDAN</w:t>
      </w:r>
    </w:p>
    <w:p>
      <w:r>
        <w:t>1. Objeto</w:t>
        <w:br/>
        <w:t>La empresa se compromete a contratar a la persona trabajadora en el puesto de [denominación del puesto], cuyas funciones principales serán [descripción breve de funciones].</w:t>
      </w:r>
    </w:p>
    <w:p>
      <w:r>
        <w:t>2. Jornada y horario</w:t>
        <w:br/>
        <w:t>La jornada será de [número] horas semanales, distribuidas de la siguiente manera: [detallar distribución horaria].</w:t>
      </w:r>
    </w:p>
    <w:p>
      <w:r>
        <w:t>3. Duración del contrato</w:t>
        <w:br/>
        <w:t>[Indicar si es indefinido o temporal, especificando fecha de inicio y fin si procede].</w:t>
      </w:r>
    </w:p>
    <w:p>
      <w:r>
        <w:t>4. Salario</w:t>
        <w:br/>
        <w:t>El salario bruto será de [importe] euros brutos anuales/mensuales, distribuidos en [número] pagas y conforme a lo previsto en el [nombre del convenio colectivo].</w:t>
      </w:r>
    </w:p>
    <w:p>
      <w:r>
        <w:t>5. Centro de trabajo</w:t>
        <w:br/>
        <w:t>El centro de trabajo se encuentra en [dirección completa].</w:t>
      </w:r>
    </w:p>
    <w:p>
      <w:r>
        <w:t>6. Condición suspensiva</w:t>
        <w:br/>
        <w:t>De acuerdo con el artículo 64 del Reglamento de Extranjería, el inicio de la relación laboral queda condicionado a la concesión de la autorización de residencia y trabajo por parte de la autoridad competente y a la tramitación del alta en la Seguridad Social antes del inicio de la actividad.</w:t>
      </w:r>
    </w:p>
    <w:p>
      <w:r>
        <w:t>7. Legislación aplicable</w:t>
        <w:br/>
        <w:t>Este precontrato se regirá por la legislación laboral española vigente, el Reglamento de Extranjería y el convenio colectivo aplicable.</w:t>
      </w:r>
    </w:p>
    <w:p>
      <w:r>
        <w:br/>
        <w:t>Firmado en duplicado y a un solo efecto,</w:t>
        <w:br/>
      </w:r>
    </w:p>
    <w:p>
      <w:r>
        <w:t>Por la empresa: __________________________</w:t>
        <w:br/>
        <w:t>[Firma y nombre del representante]</w:t>
      </w:r>
    </w:p>
    <w:p>
      <w:r>
        <w:t>Por la persona trabajadora: ______________</w:t>
        <w:br/>
        <w:t>[Firma y nombre]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